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מורשת חיה: מה עובר מדור לדור ואיך היא חיה בתוכנו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חיה ולהבחין בין מורשת מוחשית לבלתי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ממגוון חגים וקהילות ולזהות את הערך שמאחורי כל 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טקסט עיוני קצר בעברית ברמת חט״ב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להתחיל לבנות פרויקט אישי של 'המורשת שלי' מתוך הבנה של מה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מורשת? השורש י־ר־ש ומוחשי מול בלתי מוחשי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מורשת? השורש י־ר־ש ומוחשי מול בלתי מוחשי – זיהוי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היא גם מילה, ניגון, מתכון, ערך או מנהג – לא רק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 אפשר לגעת בברכה, אבל אומרים אותה ומעבירים אותה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חנוכייה היא חפץ שאפשר לגעת בו – לכן היא מורשת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ערך הוא רעיון שלא אפשר לגעת בו – זו מורשת בלתי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מורשת? השורש י־ר־ש ומוחשי מול בלתי מוחשי – מיון והבנה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(בלתי 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(מוחשי)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(בלתי מוחשי)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מורשת? השורש י־ר־ש ומוחשי מול בלתי מוחשי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מוחשית אפשר לגעת בה, בלתי מוחשית חיה רק כשעושים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אנשים ממשיכים לעשות אותה ולהעביר אותה בדרכם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מורשת בחגי תשרי: ראש השנה, יום כיפור, סוכות ושמחת תורה – היכרות עם החגים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י׳ בתשרי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ענפים או קנים שמכסים בהם את גג הסוכה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אתרוג, לולב, הדס וערבה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יום שבו מתחילה שנה עברית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מורשת בחגי תשרי: ראש השנה, יום כיפור, סוכות ושמחת תורה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אכילת סימנים היא מנהג מוכר של ליל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רבים לובשים דווקא בגדים לבנים, כסמל לניקיון ולהתחלה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המנהג בתחנת סוכות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מורשת בחגי תשרי: ראש השנה, יום כיפור, סוכות ושמחת תורה – מוחשי, בלתי מוחשי וקהילות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נדרי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אושפיזין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מורשת בחגי תשרי: ראש השנה, יום כיפור, סוכות ושמחת תורה – התאמת קהילה ומנהג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(אמירת סליחות בימים שלפני ראש השנה ולבישת קיטל ביום כיפור)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(אמירת סליחות כבר מתחילת חודש אלול)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(קישוט הסוכה בשרשראות נייר צבעוניות)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(הכנת כיסא מקושט לכבוד האושפיזין)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מורשת בחגי החורף: חנוכה, ט״ו בשבט ופורים – זיהוי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ראש השנה לאילנות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מגילת אסתר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מורשת בחגי החורף: חנוכה, ט״ו בשבט ופורים – מיון וחיבור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– בכל ערב מוסיפים נר, עד שבלילה השמיני דולקים כל הנרות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חיטה, שעורה, גפן, תאנה, רימון, זית ותמר הם שבעת המינים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מורשת בחגי החורף: חנוכה, ט״ו בשבט ופורים – התאמת חג למנהג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(הדלקת חנוכייה ומשחק בסביבון)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(נטיעת עצים ואכילת פירות בסדר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(משלוח מנות והתחפשות)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(מנהגים שעוברים מדור לדור ומתחדשים כל שנה)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מורשת בחגי החורף: חנוכה, ט״ו בשבט ופורים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משלוח 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פרסום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מורשת בפסח ובסיגד: סיפור שעובר הלאה וגעגוע שהתגשם – היכרות עם הסיפור והחג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מזכיר את המעבר מעבדות לחירות ביציאת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סיגד חל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היום סיגד נחגג גם בישראל ואף הוכרז כחג 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מורשת בפסח ובסיגד: סיפור שעובר הלאה וגעגוע שהתגשם – מוחשי ובלתי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כל דור מספר אותו לדור הבא בדרך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מורשת בפסח ובסיגד: סיפור שעובר הלאה וגעגוע שהתגשם – מהקערה להר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מורשת בפסח ובסיגד: סיפור שעובר הלאה וגעגוע שהתגשם –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(לחם שטוח שלא תפח, זכר ליציאה ממצרים)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(מאכל מתוק, זכר לטיט שממנו בנו העבדים לבנים)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(חצי מצה שמחביאים והילדים מחפשים)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(ספרי הקודש של קהילת ביתא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(המקום שאליו עולים ומתפללים בחג הסיגד)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מנהגים במשפחה ובקהילה לאורך החיים – היכרות עם המנהגים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קערה עם משחת חינה שמורחים על כפות הידיים בטקס החינה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לזכור את ירושלים גם ברגע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תפילין וספר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טקס בקהילות ספרדיות ומזרחיות לכבוד הולדת 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מאפה דק ומתוק שמגישים במימונה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מנהגים במשפחה ובקהילה לאורך החיים – התאמת מנהגים ושפות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(טקס שמתקיים לפני חתונה, מורחים חינה על כפות הידיים)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(בד פרוש על ארבעה מוטות שמתחתיו עומדים בני הזוג)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(הבחירה בשם לתינוק, לפעמים לזכר קרוב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(יידיש, לדינו, ערבית-יהודית, אמהרית וג׳והורי)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(מנגינות תפילה ושמחה שעוברות מדור לדור, לפעמים בלי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(מנהג מרוקאי של בית פתוח במוצאי פסח)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מנהגים במשפחה ובקהילה לאורך החיים – חושבים ומנהג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מנהג אמיתי מתוך הדף או מהבית + הסבר קצר למה הוא משמעותי למשפחה או לקהילה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השוואה בין שתי שפות: קהילת מוצא, מקום דיבור, וקשר למנהגים או לשירה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שמנהגים ממשיכים להתקיים כי אנשים עושים אותם בפועל בכל דור מחדש, ומשתנים מעט מדור לדור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המורשת שלי: פרויקט אישי ותערוכה כיתתית – היכרות עם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שלושת המרכיבים המרכזיים של הפרויקט, בהשראת שיעור 4.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הפרויקט מבוסס על ראיון אמיתי עם בן או בת משפחה כדי לשמוע סיפור אישי.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כל הכיתה יכולה להכיר את המורשת של כל תלמיד ותלמידה.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החשיבות של החפץ היא בסיפור ובקשר המשפחתי שלו, לא בערך הכספי שלו.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דוגמה מוחשית ברורה (חפץ/מאכל) ודוגמה בלתי מוחשית ברורה (שיר/ברכה/ערך) משני הקשרים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מזכירה שהעברה פעילה - הדלקה, סיפור, בישול, שירה - היא מה שמשמר את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אישית, מזהה מקור דורי (סבא/סבתא/הורים) ומסבירה דרך שימור (סיפור, חזרה, טקס)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– פרק אחד או שניים בכל מפגש, בהתאם לקצב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או בחנ״מ מומלץ להוסיף תמיכה חזותית ומילון מונחים מתורגם לפני 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דיון פתוח בין תלמידים ממוצאים שונים כדי להעשיר את חלק הקהילות בכל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פרק 'המורשת שלי' כדאי להכין מראש שיחה קצרה עם הורים או סבים, כהכנה לראיון או לאיסוף מתכון/חפץ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מורשת חיה: מה עובר מדור לדור ואיך היא חיה בתוכנו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מה זה מורשת. בכל פרק יש שאלות קצרות. קראו כל שאלה בשקט וכתבו תשובה. בסוף יש שאלות על מה שלמדתם.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– חפצים, סיפורים, מנהגים וערכים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 מוחשית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לגעת בו, כמו חפץ או מאכל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 בלתי מוחשית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שאי אפשר לגעת בו, כמו שיר, ברכה או 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השורש י־ר־ש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משותפות למילים כמו ירושה, יורש ומורשת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פעולה שחוזרת על עצמה בקהילה או במשפחה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יחד ומשתפת מנהגים ותרבות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באותה תקופה, למשל סבים, הורים וילדים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חשוב שמנחה איך להתנהג, כמו חירות, סליחה או אחדות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או נושא מסוים בלימוד, כאן – כל חג או מנהג באתר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פרויקט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שבה כל תלמיד/ה חוקר/ת את המורשת של המשפחה שלו/שלה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מורשת? השורש י־ר־ש ומוחשי מול בלתי מוחשי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"מורשת" והמילה "ירושה" שייכות לאותו שורש: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מורשת חיה נשארת חיה רק כשאנחנו __________ אותה – מדליקים, מספרים, מבשלים ומעבירים הלאה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מורשת שאפשר לגעת בה, כמו חנוכייה או קערת סדר, נקראת מורשת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מורשת? השורש י־ר־ש ומוחשי מול בלתי מוחשי – זיהוי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היא רק חפצים ישנים שנמצאים בארון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ברכות ההדלקה בחנוכה הן דוגמה למורשת בלתי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חנוכייה היא דוגמה למורשת בלתי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כמו "אחדות" או "לסלוח" הוא דוגמה למורשת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מורשת? השורש י־ר־ש ומוחשי מול בלתי מוחשי – מיון והבנה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שירי הסדר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קערת חינה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בלתי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ניגונים קהילתיים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מוחשי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סיפור המכבים ופך השמן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בלתי מוחשי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מהי מורשת? השורש י־ר־ש ומוחשי מול בלתי מוחשי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מורשת שרואים לבין מורשת שמרגישים?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מוחשית אפשר לגעת בה, בלתי מוחשית חיה רק כשעושים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מוחשית שייכת רק לחגים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בלתי מוחשית שייכת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מורשת נקראת "חיה"?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נשמרת רק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אנשים ממשיכים לעשות אותה ולהעביר אותה בדרכם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קיימת רק אצל אנשים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אסור לשנות בה שום 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מורשת בחגי תשרי: ראש השנה, יום כיפור, סוכות ושמחת תורה – היכרות עם החגים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ט״ו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כ״ב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סכך בסוכות?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מוזיקלי שתוקעים בו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ענפים או קנים שמכסים בהם את גג הסוכה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שקוראים בו ביום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 לבן שלובשים בחג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מהם ארבעת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שופר, כיפה, טלית, מחזור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אתרוג, לולב, הדס וערבה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תפוח, דבש, רימון וראש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מצה, חרוסת, מרור וכרפס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שבו נוטעים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שבו מתחילה שנה עברית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שבו מדליקים נרות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שבו קוראים במגילה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מורשת בחגי תשרי: ראש השנה, יום כיפור, סוכות ושמחת תורה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 השנה נהוג לאכול סימנים כמו תפוח בדבש כדי לבקש שנה מתוקה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כיפור נהוג ללבוש בגדים שחורים כסמל לאבל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אושפיזין הוא מנהג להזמין בכל ערב סוכות אורח מדמויות התנך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מורשת בחגי תשרי: ראש השנה, יום כיפור, סוכות ושמחת תורה – מוחשי, בלתי מוחשי וקהילות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ביום כיפור התפילה שפותחת את החג בערב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בסוכות מזמינים בכל ערב אורח דמיוני מהתנך, מנהג שנקרא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מורשת בחגי תשרי: ראש השנה, יום כיפור, סוכות ושמחת תורה – התאמת קהילה ומנהג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יהדות אשכנז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אמירת סליחות כבר מתחילת חודש אלול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קהילות ספרדיות ומזרחיות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הכנת כיסא מקושט לכבוד האושפיזין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יהדות אשכנז בסוכות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אמירת סליחות בימים שלפני ראש השנה ולבישת קיטל ביום כיפור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יהדות מרוקו בסוכות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קישוט הסוכה בשרשראות נייר צבעוניות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מורשת בחגי החורף: חנוכה, ט״ו בשבט ופורים – זיהוי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אותיות כתובות על הסביבון?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הכינוי של ט״ו בשבט?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השנה לאילנות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השקט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ההדלקה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ספר קוראים בפורים?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מגילת אסתר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הגדה של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מורשת בחגי החורף: חנוכה, ט״ו בשבט ופורים – מיון וחיבור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מדליקים בכל ערב נר אחד פחות, עד שבליל השמיני נשאר נר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שבעת המינים הם פירות ודגנים שקשורים לארץ ישראל ואוכלים אותם בט״ו בשבט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מורשת בחגי החורף: חנוכה, ט״ו בשבט ופורים – התאמת חג למנהג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נטיעת עצים ואכילת פירות בסדר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ט״ו בשבט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משלוח מנות והתחפשות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מנהגים שעוברים מדור לדור ומתחדשים כל 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 שלושת החגים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הדלקת חנוכייה ומשחק בסביבון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מורשת בחגי החורף: חנוכה, ט״ו בשבט ופורים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בפורים שולחים __________ לחברים ולמשפחה, כלומר סלסלה עם שני סוגי מאכל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בחנוכה המנהג להדליק נרות בחלון או בפתח הבית נקרא __________ הנס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מורשת בפסח ובסיגד: סיפור שעובר הלאה וגעגוע שהתגשם – היכרות עם הסיפור והחג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 נקרא גם חג החירות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חל שבוע אחרי יום כיפור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נחגג רק באתיופיה ולא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מורשת בפסח ובסיגד: סיפור שעובר הלאה וגעגוע שהתגשם – מוחשי ובלתי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לספר של ליל הסדר?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לספרים של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הסיפור ממשיך לחיות דור אחרי 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כותבים אותו מחדש כל שנה בספר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כל דור מספר אותו לדור הבא בדרך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רק מבוגרים מספרים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נשמר רק בספרים ולא מסופר בקול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מורשת בפסח ובסיגד: סיפור שעובר הלאה וגעגוע שהתגשם – מהקערה להר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בליל הסדר הילדים שואלים את השאלות שמתחילות ב-״__________ נשתנה״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הסיגד הקייסים מובילים את התפילה ואת קריאת האורית בשפת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מורשת בפסח ובסיגד: סיפור שעובר הלאה וגעגוע שהתגשם – 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שאליו עולים ומתפללים בחג הסיגד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חרוסת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ספרי הקודש של קהילת ביתא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אפיקומן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מאכל מתוק, זכר לטיט שממנו בנו העבדים 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לחם שטוח שלא תפח, זכר ליציאה ממצרים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חצי מצה שמחביאים והילדים מחפשים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מנהגים במשפחה ובקהילה לאורך החיים – היכרות עם המנהגים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עם קערת החינה?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קערה עם משחת חינה שמורחים על כפות הידיים בטקס החינה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קערה להגשת פירות בט״ו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 לנטילת ידיים לפני הסעודה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קערת הסדר של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שוברים כוס בחתונה?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לזכור את ירושלים גם ברגע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לסמן שהחתונה הסתיימה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להרחיק מזל 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לשמח את האורחים בקול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חפצים קשורים לבר/בת מצווה?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תפילין וספר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חנוכייה וסביבון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מגילה ורעשן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סכך וארבעת המינים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חוגגים בטקס זבד הבת?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 בקהילות ספרדיות ומזרחיות לכבוד הולדת 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 בר מצווה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אחר לחתונה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מנהג של מתן שם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אוכלים במימונה?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מאפה דק ומתוק שמגישים במימונה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כוס שבורה בחתונה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 שפרוש מעל החתן והכלה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משחת חינה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מנהגים במשפחה ובקהילה לאורך החיים – התאמת מנהגים ושפות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קערת החינה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יידיש, לדינו, ערבית-יהודית, אמהרית וג׳והורי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מנהג מרוקאי של בית פתוח במוצאי פסח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מתן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טקס שמתקיים לפני חתונה, מורחים חינה על כפות הידיים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שפות יהודיות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מנגינות תפילה ושמחה שעוברות מדור לדור, לפעמים בלי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ניגונים קהילתיים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 פרוש על ארבעה מוטות שמתחתיו עומדים בני הזוג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מימונה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הבחירה בשם לתינוק, לפעמים לזכר קרוב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מנהגים במשפחה ובקהילה לאורך החיים – חושבים ומנהג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מנהג משפחתי או קהילתי אחד שמלווה שמחה (לידה, בר/בת מצווה או חתונה), וכתבו למה הוא חשוב למשפחה.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שתיים מהשפות היהודיות שמוזכרות (יידיש, לדינו, ערבית-יהודית, אמהרית, ג׳והורי) וכתבו במה הן דומות ובמה הן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מנהגי משפחה וקהילה הם דוגמה ל'מורשת חיה', ולא רק זיכרון מהעבר.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המורשת שלי: פרויקט אישי ותערוכה כיתתית – היכרות עם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פרויקט 'המורשת שלי' כולל ראיון, חפץ מספר סיפור ומתכון משפחתי.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בפרויקט לא צריך לדבר עם אף אחד מהמשפחה, אפשר רק לחפש מידע באינטרנט.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הפרויקט מציגים את התוצרים בתערוכה שנקראת מוזיאון מורשת כיתתי.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מספר סיפור חייב להיות שווה הרבה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תני/תן דוגמה אחת למורשת מוחשית ואחת לבלתי מוחשית מתוך שני חגים שונים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במשפט אחד מדוע מורשת 'חיה' רק כאשר אנשים ממשיכים לעשות אותה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מנהג משפחתי אחד שלכם וכתבו מאיזה דור הוא הגיע ואיך הוא נשמר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מורשת חיה: מה עובר מדור לדור ואיך היא חיה בתוכנו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